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200" w:after="200"/>
              <w:jc w:val="left"/>
            </w:pPr>
            <w:r>
              <w:rPr>
                <w:b/>
                <w:caps/>
                <w:color w:val="FFFFFF"/>
                <w:sz w:val="22"/>
              </w:rPr>
              <w:t>PARTICIPANT BRIEF</w:t>
            </w:r>
          </w:p>
        </w:tc>
      </w:tr>
    </w:tbl>
    <w:p/>
    <w:p>
      <w:pPr>
        <w:spacing w:before="160" w:after="80"/>
      </w:pPr>
      <w:r>
        <w:rPr>
          <w:b/>
          <w:color w:val="0D1B2A"/>
          <w:sz w:val="52"/>
        </w:rPr>
        <w:t>Wastewater Management Failure</w:t>
      </w:r>
    </w:p>
    <w:p>
      <w:pPr>
        <w:spacing w:after="80"/>
      </w:pPr>
      <w:r>
        <w:rPr>
          <w:color w:val="6C757D"/>
          <w:sz w:val="28"/>
        </w:rPr>
        <w:t>Wastewater Management Failure with third party dependencies</w:t>
      </w:r>
    </w:p>
    <w:p/>
    <w:p>
      <w:pPr>
        <w:spacing w:before="40" w:after="160"/>
        <w:pBdr>
          <w:bottom w:val="single" w:sz="6" w:space="1" w:color="0D1B2A"/>
        </w:pBdr>
      </w:pPr>
    </w:p>
    <w:p/>
    <w:tbl>
      <w:tblPr>
        <w:tblStyle w:val="TableGrid"/>
        <w:tblW w:type="auto" w:w="0"/>
        <w:tblLook w:firstColumn="1" w:firstRow="1" w:lastColumn="0" w:lastRow="0" w:noHBand="0" w:noVBand="1" w:val="04A0"/>
      </w:tblPr>
      <w:tblGrid>
        <w:gridCol w:w="4703"/>
        <w:gridCol w:w="4703"/>
      </w:tblGrid>
      <w:tr>
        <w:tc>
          <w:tcPr>
            <w:tcW w:type="dxa" w:w="4703"/>
            <w:shd w:val="clear" w:color="auto" w:fill="D6E4F7"/>
          </w:tcPr>
          <w:p>
            <w:pPr>
              <w:jc w:val="left"/>
            </w:pPr>
            <w:r/>
            <w:r>
              <w:rPr>
                <w:b/>
                <w:color w:val="0D1B2A"/>
                <w:sz w:val="20"/>
              </w:rPr>
              <w:t>Version</w:t>
            </w:r>
          </w:p>
        </w:tc>
        <w:tc>
          <w:tcPr>
            <w:tcW w:type="dxa" w:w="4703"/>
            <w:shd w:val="clear" w:color="auto" w:fill="F0F2F4"/>
          </w:tcPr>
          <w:p>
            <w:pPr>
              <w:jc w:val="left"/>
            </w:pPr>
            <w:r/>
            <w:r>
              <w:rPr>
                <w:b w:val="0"/>
                <w:color w:val="1A1A1A"/>
                <w:sz w:val="20"/>
              </w:rPr>
              <w:t>1.0</w:t>
            </w:r>
          </w:p>
        </w:tc>
      </w:tr>
      <w:tr>
        <w:tc>
          <w:tcPr>
            <w:tcW w:type="dxa" w:w="4703"/>
            <w:shd w:val="clear" w:color="auto" w:fill="D6E4F7"/>
          </w:tcPr>
          <w:p>
            <w:pPr>
              <w:jc w:val="left"/>
            </w:pPr>
            <w:r/>
            <w:r>
              <w:rPr>
                <w:b/>
                <w:color w:val="0D1B2A"/>
                <w:sz w:val="20"/>
              </w:rPr>
              <w:t>Status</w:t>
            </w:r>
          </w:p>
        </w:tc>
        <w:tc>
          <w:tcPr>
            <w:tcW w:type="dxa" w:w="4703"/>
            <w:shd w:val="clear" w:color="auto" w:fill="F0F2F4"/>
          </w:tcPr>
          <w:p>
            <w:pPr>
              <w:jc w:val="left"/>
            </w:pPr>
            <w:r/>
            <w:r>
              <w:rPr>
                <w:b w:val="0"/>
                <w:color w:val="1A1A1A"/>
                <w:sz w:val="20"/>
              </w:rPr>
              <w:t>DRAFT — For Review and Approval</w:t>
            </w:r>
          </w:p>
        </w:tc>
      </w:tr>
      <w:tr>
        <w:tc>
          <w:tcPr>
            <w:tcW w:type="dxa" w:w="4703"/>
            <w:shd w:val="clear" w:color="auto" w:fill="D6E4F7"/>
          </w:tcPr>
          <w:p>
            <w:pPr>
              <w:jc w:val="left"/>
            </w:pPr>
            <w:r/>
            <w:r>
              <w:rPr>
                <w:b/>
                <w:color w:val="0D1B2A"/>
                <w:sz w:val="20"/>
              </w:rPr>
              <w:t>Classification</w:t>
            </w:r>
          </w:p>
        </w:tc>
        <w:tc>
          <w:tcPr>
            <w:tcW w:type="dxa" w:w="4703"/>
            <w:shd w:val="clear" w:color="auto" w:fill="F0F2F4"/>
          </w:tcPr>
          <w:p>
            <w:pPr>
              <w:jc w:val="left"/>
            </w:pPr>
            <w:r/>
            <w:r>
              <w:rPr>
                <w:b/>
                <w:color w:val="0D1B2A"/>
                <w:sz w:val="20"/>
              </w:rPr>
              <w:t>Internal Use Only</w:t>
            </w:r>
          </w:p>
        </w:tc>
      </w:tr>
      <w:tr>
        <w:tc>
          <w:tcPr>
            <w:tcW w:type="dxa" w:w="4703"/>
            <w:shd w:val="clear" w:color="auto" w:fill="D6E4F7"/>
          </w:tcPr>
          <w:p>
            <w:pPr>
              <w:jc w:val="left"/>
            </w:pPr>
            <w:r/>
            <w:r>
              <w:rPr>
                <w:b/>
                <w:color w:val="0D1B2A"/>
                <w:sz w:val="20"/>
              </w:rPr>
              <w:t>Document Owner</w:t>
            </w:r>
          </w:p>
        </w:tc>
        <w:tc>
          <w:tcPr>
            <w:tcW w:type="dxa" w:w="4703"/>
            <w:shd w:val="clear" w:color="auto" w:fill="F0F2F4"/>
          </w:tcPr>
          <w:p>
            <w:pPr>
              <w:jc w:val="left"/>
            </w:pPr>
            <w:r/>
            <w:r>
              <w:rPr>
                <w:b w:val="0"/>
                <w:color w:val="1A1A1A"/>
                <w:sz w:val="20"/>
              </w:rPr>
              <w:t>BCM Programme</w:t>
            </w:r>
          </w:p>
        </w:tc>
      </w:tr>
      <w:tr>
        <w:tc>
          <w:tcPr>
            <w:tcW w:type="dxa" w:w="4703"/>
            <w:shd w:val="clear" w:color="auto" w:fill="D6E4F7"/>
          </w:tcPr>
          <w:p>
            <w:pPr>
              <w:jc w:val="left"/>
            </w:pPr>
            <w:r/>
            <w:r>
              <w:rPr>
                <w:b/>
                <w:color w:val="0D1B2A"/>
                <w:sz w:val="20"/>
              </w:rPr>
              <w:t>Date</w:t>
            </w:r>
          </w:p>
        </w:tc>
        <w:tc>
          <w:tcPr>
            <w:tcW w:type="dxa" w:w="4703"/>
            <w:shd w:val="clear" w:color="auto" w:fill="F0F2F4"/>
          </w:tcPr>
          <w:p>
            <w:pPr>
              <w:jc w:val="left"/>
            </w:pPr>
            <w:r/>
            <w:r>
              <w:rPr>
                <w:b w:val="0"/>
                <w:color w:val="1A1A1A"/>
                <w:sz w:val="20"/>
              </w:rPr>
              <w:t>16 October 2026</w:t>
            </w:r>
          </w:p>
        </w:tc>
      </w:tr>
    </w:tbl>
    <w:p>
      <w:r>
        <w:br w:type="page"/>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1.  PURPOSE AND SCOPE</w:t>
            </w:r>
          </w:p>
        </w:tc>
      </w:tr>
    </w:tbl>
    <w:p>
      <w:pPr>
        <w:spacing w:after="40"/>
      </w:pPr>
    </w:p>
    <w:p>
      <w:pPr>
        <w:spacing w:after="80"/>
      </w:pPr>
      <w:r>
        <w:rPr>
          <w:color w:val="1A1A1A"/>
          <w:sz w:val="20"/>
        </w:rPr>
        <w:t>The aim of this exercise is: To evaluate Barwon Water's ability to manage a wastewater management failure while ensuring minimal disruption to services and compliance with regulatory requirements.</w:t>
      </w:r>
    </w:p>
    <w:p>
      <w:pPr>
        <w:spacing w:after="80"/>
      </w:pPr>
      <w:r>
        <w:rPr>
          <w:color w:val="1A1A1A"/>
          <w:sz w:val="20"/>
        </w:rPr>
        <w:t>This Participant Brief provides the background information, scenario context, exercise objectives, ground rules, and timeline required for effective participation. Please read this document in full before the exercise commences.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2.  EXERCISE DETAILS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2835"/>
            <w:shd w:val="clear" w:color="auto" w:fill="D6E4F7"/>
          </w:tcPr>
          <w:p>
            <w:pPr>
              <w:jc w:val="left"/>
            </w:pPr>
            <w:r/>
            <w:r>
              <w:rPr>
                <w:b/>
                <w:color w:val="0D1B2A"/>
                <w:sz w:val="20"/>
              </w:rPr>
              <w:t>Exercise Title</w:t>
            </w:r>
          </w:p>
        </w:tc>
        <w:tc>
          <w:tcPr>
            <w:tcW w:type="dxa" w:w="6236"/>
          </w:tcPr>
          <w:p>
            <w:pPr>
              <w:jc w:val="left"/>
            </w:pPr>
            <w:r/>
            <w:r>
              <w:rPr>
                <w:b w:val="0"/>
                <w:color w:val="1A1A1A"/>
                <w:sz w:val="20"/>
              </w:rPr>
              <w:t>Wastewater Management Failure</w:t>
            </w:r>
          </w:p>
        </w:tc>
      </w:tr>
      <w:tr>
        <w:tc>
          <w:tcPr>
            <w:tcW w:type="dxa" w:w="2835"/>
            <w:shd w:val="clear" w:color="auto" w:fill="D6E4F7"/>
          </w:tcPr>
          <w:p>
            <w:pPr>
              <w:jc w:val="left"/>
            </w:pPr>
            <w:r/>
            <w:r>
              <w:rPr>
                <w:b/>
                <w:color w:val="0D1B2A"/>
                <w:sz w:val="20"/>
              </w:rPr>
              <w:t>Organisation</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Sector / Context</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Exercise Format</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Complexity</w:t>
            </w:r>
          </w:p>
        </w:tc>
        <w:tc>
          <w:tcPr>
            <w:tcW w:type="dxa" w:w="6236"/>
          </w:tcPr>
          <w:p>
            <w:pPr>
              <w:jc w:val="left"/>
            </w:pPr>
            <w:r/>
            <w:r>
              <w:rPr>
                <w:b w:val="0"/>
                <w:color w:val="1A1A1A"/>
                <w:sz w:val="20"/>
              </w:rPr>
              <w:t>Moderate</w:t>
            </w:r>
          </w:p>
        </w:tc>
      </w:tr>
      <w:tr>
        <w:tc>
          <w:tcPr>
            <w:tcW w:type="dxa" w:w="2835"/>
            <w:shd w:val="clear" w:color="auto" w:fill="D6E4F7"/>
          </w:tcPr>
          <w:p>
            <w:pPr>
              <w:jc w:val="left"/>
            </w:pPr>
            <w:r/>
            <w:r>
              <w:rPr>
                <w:b/>
                <w:color w:val="0D1B2A"/>
                <w:sz w:val="20"/>
              </w:rPr>
              <w:t>Duration</w:t>
            </w:r>
          </w:p>
        </w:tc>
        <w:tc>
          <w:tcPr>
            <w:tcW w:type="dxa" w:w="6236"/>
            <w:shd w:val="clear" w:color="auto" w:fill="F0F2F4"/>
          </w:tcPr>
          <w:p>
            <w:pPr>
              <w:jc w:val="left"/>
            </w:pPr>
            <w:r/>
            <w:r>
              <w:rPr>
                <w:b w:val="0"/>
                <w:color w:val="1A1A1A"/>
                <w:sz w:val="20"/>
              </w:rPr>
              <w:t>120 minutes</w:t>
            </w:r>
          </w:p>
        </w:tc>
      </w:tr>
      <w:tr>
        <w:tc>
          <w:tcPr>
            <w:tcW w:type="dxa" w:w="2835"/>
            <w:shd w:val="clear" w:color="auto" w:fill="D6E4F7"/>
          </w:tcPr>
          <w:p>
            <w:pPr>
              <w:jc w:val="left"/>
            </w:pPr>
            <w:r/>
            <w:r>
              <w:rPr>
                <w:b/>
                <w:color w:val="0D1B2A"/>
                <w:sz w:val="20"/>
              </w:rPr>
              <w:t>Scenario Name</w:t>
            </w:r>
          </w:p>
        </w:tc>
        <w:tc>
          <w:tcPr>
            <w:tcW w:type="dxa" w:w="6236"/>
          </w:tcPr>
          <w:p>
            <w:pPr>
              <w:jc w:val="left"/>
            </w:pPr>
            <w:r/>
            <w:r>
              <w:rPr>
                <w:b w:val="0"/>
                <w:color w:val="1A1A1A"/>
                <w:sz w:val="20"/>
              </w:rPr>
              <w:t>Wastewater Management Failure with third party dependencies</w:t>
            </w:r>
          </w:p>
        </w:tc>
      </w:tr>
      <w:tr>
        <w:tc>
          <w:tcPr>
            <w:tcW w:type="dxa" w:w="2835"/>
            <w:shd w:val="clear" w:color="auto" w:fill="D6E4F7"/>
          </w:tcPr>
          <w:p>
            <w:pPr>
              <w:jc w:val="left"/>
            </w:pPr>
            <w:r/>
            <w:r>
              <w:rPr>
                <w:b/>
                <w:color w:val="0D1B2A"/>
                <w:sz w:val="20"/>
              </w:rPr>
              <w:t>Scheduled Date</w:t>
            </w:r>
          </w:p>
        </w:tc>
        <w:tc>
          <w:tcPr>
            <w:tcW w:type="dxa" w:w="6236"/>
            <w:shd w:val="clear" w:color="auto" w:fill="F0F2F4"/>
          </w:tcPr>
          <w:p>
            <w:pPr>
              <w:jc w:val="left"/>
            </w:pPr>
            <w:r/>
            <w:r>
              <w:rPr>
                <w:b w:val="0"/>
                <w:color w:val="1A1A1A"/>
                <w:sz w:val="20"/>
              </w:rPr>
              <w:t>—</w:t>
            </w:r>
          </w:p>
        </w:tc>
      </w:tr>
      <w:tr>
        <w:tc>
          <w:tcPr>
            <w:tcW w:type="dxa" w:w="2835"/>
            <w:shd w:val="clear" w:color="auto" w:fill="D6E4F7"/>
          </w:tcPr>
          <w:p>
            <w:pPr>
              <w:jc w:val="left"/>
            </w:pPr>
            <w:r/>
            <w:r>
              <w:rPr>
                <w:b/>
                <w:color w:val="0D1B2A"/>
                <w:sz w:val="20"/>
              </w:rPr>
              <w:t>Facilitator</w:t>
            </w:r>
          </w:p>
        </w:tc>
        <w:tc>
          <w:tcPr>
            <w:tcW w:type="dxa" w:w="6236"/>
          </w:tcPr>
          <w:p>
            <w:pPr>
              <w:jc w:val="left"/>
            </w:pPr>
            <w:r/>
            <w:r>
              <w:rPr>
                <w:b w:val="0"/>
                <w:color w:val="1A1A1A"/>
                <w:sz w:val="20"/>
              </w:rPr>
              <w:t>—</w:t>
            </w:r>
          </w:p>
        </w:tc>
      </w:tr>
      <w:tr>
        <w:tc>
          <w:tcPr>
            <w:tcW w:type="dxa" w:w="2835"/>
            <w:shd w:val="clear" w:color="auto" w:fill="D6E4F7"/>
          </w:tcPr>
          <w:p>
            <w:pPr>
              <w:jc w:val="left"/>
            </w:pPr>
            <w:r/>
            <w:r>
              <w:rPr>
                <w:b/>
                <w:color w:val="0D1B2A"/>
                <w:sz w:val="20"/>
              </w:rPr>
              <w:t>No-Fault Principle</w:t>
            </w:r>
          </w:p>
        </w:tc>
        <w:tc>
          <w:tcPr>
            <w:tcW w:type="dxa" w:w="6236"/>
            <w:shd w:val="clear" w:color="auto" w:fill="F0F2F4"/>
          </w:tcPr>
          <w:p>
            <w:pPr>
              <w:jc w:val="left"/>
            </w:pPr>
            <w:r/>
            <w:r>
              <w:rPr>
                <w:b w:val="0"/>
                <w:color w:val="1A1A1A"/>
                <w:sz w:val="20"/>
              </w:rPr>
              <w:t>Yes — this is a learning exercise. There are no wrong answers.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3.  GOVERNANCE AND AUTHORITY</w:t>
            </w:r>
          </w:p>
        </w:tc>
      </w:tr>
    </w:tbl>
    <w:p>
      <w:pPr>
        <w:spacing w:after="40"/>
      </w:pPr>
    </w:p>
    <w:p>
      <w:pPr>
        <w:spacing w:after="80"/>
      </w:pPr>
      <w:r>
        <w:rPr>
          <w:color w:val="1A1A1A"/>
          <w:sz w:val="20"/>
        </w:rPr>
        <w:t>This exercise is conducted under the organisation's Business Continuity Management (BCM) programme and is consistent with the requirements of ISO 22301:2019, the BCI Good Practice Guidelines (GPG 2018 PP6), and applicable regulatory obligations. The exercise has been approved by the BCM programme sponsor and forms part of the annual validation programme.</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4.  ROLES AND RESPONSIBILITIES</w:t>
            </w:r>
          </w:p>
        </w:tc>
      </w:tr>
    </w:tbl>
    <w:p>
      <w:pPr>
        <w:spacing w:after="40"/>
      </w:pPr>
    </w:p>
    <w:p>
      <w:pPr>
        <w:spacing w:after="80"/>
      </w:pPr>
      <w:r>
        <w:rPr>
          <w:color w:val="1A1A1A"/>
          <w:sz w:val="20"/>
        </w:rPr>
        <w:t>The following roles apply during this exercise. All participants are expected to act within their designated role throughout the scenario.</w:t>
      </w:r>
    </w:p>
    <w:tbl>
      <w:tblPr>
        <w:tblStyle w:val="TableGrid"/>
        <w:tblW w:type="auto" w:w="0"/>
        <w:tblLook w:firstColumn="1" w:firstRow="1" w:lastColumn="0" w:lastRow="0" w:noHBand="0" w:noVBand="1" w:val="04A0"/>
      </w:tblPr>
      <w:tblGrid>
        <w:gridCol w:w="3135"/>
        <w:gridCol w:w="3135"/>
        <w:gridCol w:w="3135"/>
      </w:tblGrid>
      <w:tr>
        <w:tc>
          <w:tcPr>
            <w:tcW w:type="dxa" w:w="2551"/>
            <w:shd w:val="clear" w:color="auto" w:fill="0D1B2A"/>
          </w:tcPr>
          <w:p>
            <w:pPr>
              <w:jc w:val="left"/>
            </w:pPr>
            <w:r/>
            <w:r>
              <w:rPr>
                <w:b/>
                <w:color w:val="FFFFFF"/>
                <w:sz w:val="18"/>
              </w:rPr>
              <w:t>Role</w:t>
            </w:r>
          </w:p>
        </w:tc>
        <w:tc>
          <w:tcPr>
            <w:tcW w:type="dxa" w:w="5386"/>
            <w:shd w:val="clear" w:color="auto" w:fill="0D1B2A"/>
          </w:tcPr>
          <w:p>
            <w:pPr>
              <w:jc w:val="left"/>
            </w:pPr>
            <w:r/>
            <w:r>
              <w:rPr>
                <w:b/>
                <w:color w:val="FFFFFF"/>
                <w:sz w:val="18"/>
              </w:rPr>
              <w:t>Responsibility</w:t>
            </w:r>
          </w:p>
        </w:tc>
        <w:tc>
          <w:tcPr>
            <w:tcW w:type="dxa" w:w="1417"/>
            <w:shd w:val="clear" w:color="auto" w:fill="0D1B2A"/>
          </w:tcPr>
          <w:p>
            <w:pPr>
              <w:jc w:val="left"/>
            </w:pPr>
            <w:r/>
            <w:r>
              <w:rPr>
                <w:b/>
                <w:color w:val="FFFFFF"/>
                <w:sz w:val="18"/>
              </w:rPr>
              <w:t>Type</w:t>
            </w:r>
          </w:p>
        </w:tc>
      </w:tr>
      <w:tr>
        <w:tc>
          <w:tcPr>
            <w:tcW w:type="dxa" w:w="2551"/>
          </w:tcPr>
          <w:p>
            <w:pPr>
              <w:jc w:val="left"/>
            </w:pPr>
            <w:r/>
            <w:r>
              <w:rPr>
                <w:b w:val="0"/>
                <w:color w:val="1A1A1A"/>
                <w:sz w:val="18"/>
              </w:rPr>
              <w:t>Exercise Facilitator</w:t>
            </w:r>
          </w:p>
        </w:tc>
        <w:tc>
          <w:tcPr>
            <w:tcW w:type="dxa" w:w="5386"/>
          </w:tcPr>
          <w:p>
            <w:pPr>
              <w:jc w:val="left"/>
            </w:pPr>
            <w:r/>
            <w:r>
              <w:rPr>
                <w:b w:val="0"/>
                <w:color w:val="1A1A1A"/>
                <w:sz w:val="18"/>
              </w:rPr>
              <w:t>Leads the exercise; delivers injects; manages timing; ensures learning outcomes</w:t>
            </w:r>
          </w:p>
        </w:tc>
        <w:tc>
          <w:tcPr>
            <w:tcW w:type="dxa" w:w="1417"/>
          </w:tcPr>
          <w:p>
            <w:pPr>
              <w:jc w:val="left"/>
            </w:pPr>
            <w:r/>
            <w:r>
              <w:rPr>
                <w:b w:val="0"/>
                <w:color w:val="1A1A1A"/>
                <w:sz w:val="18"/>
              </w:rPr>
              <w:t>Facilitator</w:t>
            </w:r>
          </w:p>
        </w:tc>
      </w:tr>
      <w:tr>
        <w:tc>
          <w:tcPr>
            <w:tcW w:type="dxa" w:w="2551"/>
            <w:shd w:val="clear" w:color="auto" w:fill="F0F2F4"/>
          </w:tcPr>
          <w:p>
            <w:pPr>
              <w:jc w:val="left"/>
            </w:pPr>
            <w:r/>
            <w:r>
              <w:rPr>
                <w:b w:val="0"/>
                <w:color w:val="1A1A1A"/>
                <w:sz w:val="18"/>
              </w:rPr>
              <w:t>Exercise Observer</w:t>
            </w:r>
          </w:p>
        </w:tc>
        <w:tc>
          <w:tcPr>
            <w:tcW w:type="dxa" w:w="5386"/>
            <w:shd w:val="clear" w:color="auto" w:fill="F0F2F4"/>
          </w:tcPr>
          <w:p>
            <w:pPr>
              <w:jc w:val="left"/>
            </w:pPr>
            <w:r/>
            <w:r>
              <w:rPr>
                <w:b w:val="0"/>
                <w:color w:val="1A1A1A"/>
                <w:sz w:val="18"/>
              </w:rPr>
              <w:t>Observes participant behaviours against evaluation criteria; does not participate in decisions</w:t>
            </w:r>
          </w:p>
        </w:tc>
        <w:tc>
          <w:tcPr>
            <w:tcW w:type="dxa" w:w="1417"/>
            <w:shd w:val="clear" w:color="auto" w:fill="F0F2F4"/>
          </w:tcPr>
          <w:p>
            <w:pPr>
              <w:jc w:val="left"/>
            </w:pPr>
            <w:r/>
            <w:r>
              <w:rPr>
                <w:b w:val="0"/>
                <w:color w:val="1A1A1A"/>
                <w:sz w:val="18"/>
              </w:rPr>
              <w:t>Observer</w:t>
            </w:r>
          </w:p>
        </w:tc>
      </w:tr>
      <w:tr>
        <w:tc>
          <w:tcPr>
            <w:tcW w:type="dxa" w:w="2551"/>
          </w:tcPr>
          <w:p>
            <w:pPr>
              <w:jc w:val="left"/>
            </w:pPr>
            <w:r/>
            <w:r>
              <w:rPr>
                <w:b w:val="0"/>
                <w:color w:val="1A1A1A"/>
                <w:sz w:val="18"/>
              </w:rPr>
              <w:t>Participant</w:t>
            </w:r>
          </w:p>
        </w:tc>
        <w:tc>
          <w:tcPr>
            <w:tcW w:type="dxa" w:w="5386"/>
          </w:tcPr>
          <w:p>
            <w:pPr>
              <w:jc w:val="left"/>
            </w:pPr>
            <w:r/>
            <w:r>
              <w:rPr>
                <w:b w:val="0"/>
                <w:color w:val="1A1A1A"/>
                <w:sz w:val="18"/>
              </w:rPr>
              <w:t>Responds to injects in role; applies relevant plans and procedures; engages in discussion</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BCM Programme Owner</w:t>
            </w:r>
          </w:p>
        </w:tc>
        <w:tc>
          <w:tcPr>
            <w:tcW w:type="dxa" w:w="5386"/>
            <w:shd w:val="clear" w:color="auto" w:fill="F0F2F4"/>
          </w:tcPr>
          <w:p>
            <w:pPr>
              <w:jc w:val="left"/>
            </w:pPr>
            <w:r/>
            <w:r>
              <w:rPr>
                <w:b w:val="0"/>
                <w:color w:val="1A1A1A"/>
                <w:sz w:val="18"/>
              </w:rPr>
              <w:t>Exercise sponsor; receives the AAR; owns the improvement register</w:t>
            </w:r>
          </w:p>
        </w:tc>
        <w:tc>
          <w:tcPr>
            <w:tcW w:type="dxa" w:w="1417"/>
            <w:shd w:val="clear" w:color="auto" w:fill="F0F2F4"/>
          </w:tcPr>
          <w:p>
            <w:pPr>
              <w:jc w:val="left"/>
            </w:pPr>
            <w:r/>
            <w:r>
              <w:rPr>
                <w:b w:val="0"/>
                <w:color w:val="1A1A1A"/>
                <w:sz w:val="18"/>
              </w:rPr>
              <w:t>Governance</w:t>
            </w:r>
          </w:p>
        </w:tc>
      </w:tr>
      <w:tr>
        <w:tc>
          <w:tcPr>
            <w:tcW w:type="dxa" w:w="2551"/>
          </w:tcPr>
          <w:p>
            <w:pPr>
              <w:jc w:val="left"/>
            </w:pPr>
            <w:r/>
            <w:r>
              <w:rPr>
                <w:b w:val="0"/>
                <w:color w:val="1A1A1A"/>
                <w:sz w:val="18"/>
              </w:rPr>
              <w:t>Scribe / Note-taker</w:t>
            </w:r>
          </w:p>
        </w:tc>
        <w:tc>
          <w:tcPr>
            <w:tcW w:type="dxa" w:w="5386"/>
          </w:tcPr>
          <w:p>
            <w:pPr>
              <w:jc w:val="left"/>
            </w:pPr>
            <w:r/>
            <w:r>
              <w:rPr>
                <w:b w:val="0"/>
                <w:color w:val="1A1A1A"/>
                <w:sz w:val="18"/>
              </w:rPr>
              <w:t>Records decisions, actions, and notable observations throughout the exercise</w:t>
            </w:r>
          </w:p>
        </w:tc>
        <w:tc>
          <w:tcPr>
            <w:tcW w:type="dxa" w:w="1417"/>
          </w:tcPr>
          <w:p>
            <w:pPr>
              <w:jc w:val="left"/>
            </w:pPr>
            <w:r/>
            <w:r>
              <w:rPr>
                <w:b w:val="0"/>
                <w:color w:val="1A1A1A"/>
                <w:sz w:val="18"/>
              </w:rPr>
              <w:t>Support</w:t>
            </w:r>
          </w:p>
        </w:tc>
      </w:tr>
      <w:tr>
        <w:tc>
          <w:tcPr>
            <w:tcW w:type="dxa" w:w="2551"/>
            <w:shd w:val="clear" w:color="auto" w:fill="F0F2F4"/>
          </w:tcPr>
          <w:p>
            <w:pPr>
              <w:jc w:val="left"/>
            </w:pPr>
            <w:r/>
            <w:r>
              <w:rPr>
                <w:b w:val="0"/>
                <w:color w:val="1A1A1A"/>
                <w:sz w:val="18"/>
              </w:rPr>
              <w:t>Executive / Crisis Management Team</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r>
        <w:tc>
          <w:tcPr>
            <w:tcW w:type="dxa" w:w="2551"/>
          </w:tcPr>
          <w:p>
            <w:pPr>
              <w:jc w:val="left"/>
            </w:pPr>
            <w:r/>
            <w:r>
              <w:rPr>
                <w:b w:val="0"/>
                <w:color w:val="1A1A1A"/>
                <w:sz w:val="18"/>
              </w:rPr>
              <w:t>Communications / PR</w:t>
            </w:r>
          </w:p>
        </w:tc>
        <w:tc>
          <w:tcPr>
            <w:tcW w:type="dxa" w:w="5386"/>
          </w:tcPr>
          <w:p>
            <w:pPr>
              <w:jc w:val="left"/>
            </w:pPr>
            <w:r/>
            <w:r>
              <w:rPr>
                <w:b w:val="0"/>
                <w:color w:val="1A1A1A"/>
                <w:sz w:val="18"/>
              </w:rPr>
              <w:t>Exercise participant — respond to injects in designated role</w:t>
            </w:r>
          </w:p>
        </w:tc>
        <w:tc>
          <w:tcPr>
            <w:tcW w:type="dxa" w:w="1417"/>
          </w:tcPr>
          <w:p>
            <w:pPr>
              <w:jc w:val="left"/>
            </w:pPr>
            <w:r/>
            <w:r>
              <w:rPr>
                <w:b w:val="0"/>
                <w:color w:val="1A1A1A"/>
                <w:sz w:val="18"/>
              </w:rPr>
              <w:t>Participant</w:t>
            </w:r>
          </w:p>
        </w:tc>
      </w:tr>
      <w:tr>
        <w:tc>
          <w:tcPr>
            <w:tcW w:type="dxa" w:w="2551"/>
            <w:shd w:val="clear" w:color="auto" w:fill="F0F2F4"/>
          </w:tcPr>
          <w:p>
            <w:pPr>
              <w:jc w:val="left"/>
            </w:pPr>
            <w:r/>
            <w:r>
              <w:rPr>
                <w:b w:val="0"/>
                <w:color w:val="1A1A1A"/>
                <w:sz w:val="18"/>
              </w:rPr>
              <w:t>Business Continuity</w:t>
            </w:r>
          </w:p>
        </w:tc>
        <w:tc>
          <w:tcPr>
            <w:tcW w:type="dxa" w:w="5386"/>
            <w:shd w:val="clear" w:color="auto" w:fill="F0F2F4"/>
          </w:tcPr>
          <w:p>
            <w:pPr>
              <w:jc w:val="left"/>
            </w:pPr>
            <w:r/>
            <w:r>
              <w:rPr>
                <w:b w:val="0"/>
                <w:color w:val="1A1A1A"/>
                <w:sz w:val="18"/>
              </w:rPr>
              <w:t>Exercise participant — respond to injects in designated role</w:t>
            </w:r>
          </w:p>
        </w:tc>
        <w:tc>
          <w:tcPr>
            <w:tcW w:type="dxa" w:w="1417"/>
            <w:shd w:val="clear" w:color="auto" w:fill="F0F2F4"/>
          </w:tcPr>
          <w:p>
            <w:pPr>
              <w:jc w:val="left"/>
            </w:pPr>
            <w:r/>
            <w:r>
              <w:rPr>
                <w:b w:val="0"/>
                <w:color w:val="1A1A1A"/>
                <w:sz w:val="18"/>
              </w:rPr>
              <w:t>Participant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OBSERVER GUIDANCE: </w:t>
            </w:r>
            <w:r>
              <w:rPr>
                <w:color w:val="1A1A1A"/>
                <w:sz w:val="18"/>
              </w:rPr>
              <w:t>Observers must not prompt, assist, or intervene during the exercise. Their role is to record observations for the hot debrief and After Action Report.</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5.  LEARNING OBJECTIVES</w:t>
            </w:r>
          </w:p>
        </w:tc>
      </w:tr>
    </w:tbl>
    <w:p>
      <w:pPr>
        <w:spacing w:after="40"/>
      </w:pPr>
    </w:p>
    <w:p>
      <w:pPr>
        <w:spacing w:after="80"/>
      </w:pPr>
      <w:r>
        <w:rPr>
          <w:color w:val="1A1A1A"/>
          <w:sz w:val="20"/>
        </w:rPr>
        <w:t>The following objectives define what this exercise is designed to test and validate. Success criteria are defined for each objective and will be assessed in the After Action Report.</w:t>
      </w:r>
    </w:p>
    <w:tbl>
      <w:tblPr>
        <w:tblStyle w:val="TableGrid"/>
        <w:tblW w:type="auto" w:w="0"/>
        <w:tblLook w:firstColumn="1" w:firstRow="1" w:lastColumn="0" w:lastRow="0" w:noHBand="0" w:noVBand="1" w:val="04A0"/>
      </w:tblPr>
      <w:tblGrid>
        <w:gridCol w:w="2351"/>
        <w:gridCol w:w="2351"/>
        <w:gridCol w:w="2351"/>
        <w:gridCol w:w="2351"/>
      </w:tblGrid>
      <w:tr>
        <w:tc>
          <w:tcPr>
            <w:tcW w:type="dxa" w:w="454"/>
            <w:shd w:val="clear" w:color="auto" w:fill="0D1B2A"/>
          </w:tcPr>
          <w:p>
            <w:pPr>
              <w:jc w:val="left"/>
            </w:pPr>
            <w:r/>
            <w:r>
              <w:rPr>
                <w:b/>
                <w:color w:val="FFFFFF"/>
                <w:sz w:val="18"/>
              </w:rPr>
              <w:t>#</w:t>
            </w:r>
          </w:p>
        </w:tc>
        <w:tc>
          <w:tcPr>
            <w:tcW w:type="dxa" w:w="3685"/>
            <w:shd w:val="clear" w:color="auto" w:fill="0D1B2A"/>
          </w:tcPr>
          <w:p>
            <w:pPr>
              <w:jc w:val="left"/>
            </w:pPr>
            <w:r/>
            <w:r>
              <w:rPr>
                <w:b/>
                <w:color w:val="FFFFFF"/>
                <w:sz w:val="18"/>
              </w:rPr>
              <w:t>Objective</w:t>
            </w:r>
          </w:p>
        </w:tc>
        <w:tc>
          <w:tcPr>
            <w:tcW w:type="dxa" w:w="1984"/>
            <w:shd w:val="clear" w:color="auto" w:fill="0D1B2A"/>
          </w:tcPr>
          <w:p>
            <w:pPr>
              <w:jc w:val="left"/>
            </w:pPr>
            <w:r/>
            <w:r>
              <w:rPr>
                <w:b/>
                <w:color w:val="FFFFFF"/>
                <w:sz w:val="18"/>
              </w:rPr>
              <w:t>Capability Area</w:t>
            </w:r>
          </w:p>
        </w:tc>
        <w:tc>
          <w:tcPr>
            <w:tcW w:type="dxa" w:w="3231"/>
            <w:shd w:val="clear" w:color="auto" w:fill="0D1B2A"/>
          </w:tcPr>
          <w:p>
            <w:pPr>
              <w:jc w:val="left"/>
            </w:pPr>
            <w:r/>
            <w:r>
              <w:rPr>
                <w:b/>
                <w:color w:val="FFFFFF"/>
                <w:sz w:val="18"/>
              </w:rPr>
              <w:t>Success Criteria</w:t>
            </w:r>
          </w:p>
        </w:tc>
      </w:tr>
      <w:tr>
        <w:tc>
          <w:tcPr>
            <w:tcW w:type="dxa" w:w="454"/>
          </w:tcPr>
          <w:p>
            <w:pPr>
              <w:jc w:val="left"/>
            </w:pPr>
            <w:r/>
            <w:r>
              <w:rPr>
                <w:b w:val="0"/>
                <w:color w:val="1A1A1A"/>
                <w:sz w:val="18"/>
              </w:rPr>
              <w:t>1</w:t>
            </w:r>
          </w:p>
        </w:tc>
        <w:tc>
          <w:tcPr>
            <w:tcW w:type="dxa" w:w="3685"/>
          </w:tcPr>
          <w:p>
            <w:pPr>
              <w:jc w:val="left"/>
            </w:pPr>
            <w:r/>
            <w:r>
              <w:rPr>
                <w:b w:val="0"/>
                <w:color w:val="1A1A1A"/>
                <w:sz w:val="18"/>
              </w:rPr>
              <w:t>Test the effectiveness of the Crisis Management Team's (CMT) initial response to the wastewater management failure.</w:t>
            </w:r>
          </w:p>
        </w:tc>
        <w:tc>
          <w:tcPr>
            <w:tcW w:type="dxa" w:w="1984"/>
          </w:tcPr>
          <w:p>
            <w:pPr>
              <w:jc w:val="left"/>
            </w:pPr>
            <w:r/>
            <w:r>
              <w:rPr>
                <w:b w:val="0"/>
                <w:color w:val="1A1A1A"/>
                <w:sz w:val="18"/>
              </w:rPr>
              <w:t>Incident Escalation</w:t>
            </w:r>
          </w:p>
        </w:tc>
        <w:tc>
          <w:tcPr>
            <w:tcW w:type="dxa" w:w="3231"/>
          </w:tcPr>
          <w:p>
            <w:pPr>
              <w:jc w:val="left"/>
            </w:pPr>
            <w:r/>
            <w:r>
              <w:rPr>
                <w:b w:val="0"/>
                <w:color w:val="1A1A1A"/>
                <w:sz w:val="18"/>
              </w:rPr>
              <w:t>CMT convenes within 30 minutes of incident notification and establishes an initial action plan.</w:t>
            </w:r>
          </w:p>
        </w:tc>
      </w:tr>
      <w:tr>
        <w:tc>
          <w:tcPr>
            <w:tcW w:type="dxa" w:w="454"/>
            <w:shd w:val="clear" w:color="auto" w:fill="F0F2F4"/>
          </w:tcPr>
          <w:p>
            <w:pPr>
              <w:jc w:val="left"/>
            </w:pPr>
            <w:r/>
            <w:r>
              <w:rPr>
                <w:b w:val="0"/>
                <w:color w:val="1A1A1A"/>
                <w:sz w:val="18"/>
              </w:rPr>
              <w:t>2</w:t>
            </w:r>
          </w:p>
        </w:tc>
        <w:tc>
          <w:tcPr>
            <w:tcW w:type="dxa" w:w="3685"/>
            <w:shd w:val="clear" w:color="auto" w:fill="F0F2F4"/>
          </w:tcPr>
          <w:p>
            <w:pPr>
              <w:jc w:val="left"/>
            </w:pPr>
            <w:r/>
            <w:r>
              <w:rPr>
                <w:b w:val="0"/>
                <w:color w:val="1A1A1A"/>
                <w:sz w:val="18"/>
              </w:rPr>
              <w:t>Validate the timeliness and accuracy of internal and external communications during the incident.</w:t>
            </w:r>
          </w:p>
        </w:tc>
        <w:tc>
          <w:tcPr>
            <w:tcW w:type="dxa" w:w="1984"/>
            <w:shd w:val="clear" w:color="auto" w:fill="F0F2F4"/>
          </w:tcPr>
          <w:p>
            <w:pPr>
              <w:jc w:val="left"/>
            </w:pPr>
            <w:r/>
            <w:r>
              <w:rPr>
                <w:b w:val="0"/>
                <w:color w:val="1A1A1A"/>
                <w:sz w:val="18"/>
              </w:rPr>
              <w:t>Crisis Communications</w:t>
            </w:r>
          </w:p>
        </w:tc>
        <w:tc>
          <w:tcPr>
            <w:tcW w:type="dxa" w:w="3231"/>
            <w:shd w:val="clear" w:color="auto" w:fill="F0F2F4"/>
          </w:tcPr>
          <w:p>
            <w:pPr>
              <w:jc w:val="left"/>
            </w:pPr>
            <w:r/>
            <w:r>
              <w:rPr>
                <w:b w:val="0"/>
                <w:color w:val="1A1A1A"/>
                <w:sz w:val="18"/>
              </w:rPr>
              <w:t>All communications are approved within 15 minutes and align with the golden rules of crisis communications.</w:t>
            </w:r>
          </w:p>
        </w:tc>
      </w:tr>
      <w:tr>
        <w:tc>
          <w:tcPr>
            <w:tcW w:type="dxa" w:w="454"/>
          </w:tcPr>
          <w:p>
            <w:pPr>
              <w:jc w:val="left"/>
            </w:pPr>
            <w:r/>
            <w:r>
              <w:rPr>
                <w:b w:val="0"/>
                <w:color w:val="1A1A1A"/>
                <w:sz w:val="18"/>
              </w:rPr>
              <w:t>3</w:t>
            </w:r>
          </w:p>
        </w:tc>
        <w:tc>
          <w:tcPr>
            <w:tcW w:type="dxa" w:w="3685"/>
          </w:tcPr>
          <w:p>
            <w:pPr>
              <w:jc w:val="left"/>
            </w:pPr>
            <w:r/>
            <w:r>
              <w:rPr>
                <w:b w:val="0"/>
                <w:color w:val="1A1A1A"/>
                <w:sz w:val="18"/>
              </w:rPr>
              <w:t>Assess the decision-making process regarding the invocation of Business Continuity Plans (BCPs).</w:t>
            </w:r>
          </w:p>
        </w:tc>
        <w:tc>
          <w:tcPr>
            <w:tcW w:type="dxa" w:w="1984"/>
          </w:tcPr>
          <w:p>
            <w:pPr>
              <w:jc w:val="left"/>
            </w:pPr>
            <w:r/>
            <w:r>
              <w:rPr>
                <w:b w:val="0"/>
                <w:color w:val="1A1A1A"/>
                <w:sz w:val="18"/>
              </w:rPr>
              <w:t>Decision-Making</w:t>
            </w:r>
          </w:p>
        </w:tc>
        <w:tc>
          <w:tcPr>
            <w:tcW w:type="dxa" w:w="3231"/>
          </w:tcPr>
          <w:p>
            <w:pPr>
              <w:jc w:val="left"/>
            </w:pPr>
            <w:r/>
            <w:r>
              <w:rPr>
                <w:b w:val="0"/>
                <w:color w:val="1A1A1A"/>
                <w:sz w:val="18"/>
              </w:rPr>
              <w:t>BCPs are invoked within the established RTO of 2 hours for critical services.</w:t>
            </w:r>
          </w:p>
        </w:tc>
      </w:tr>
      <w:tr>
        <w:tc>
          <w:tcPr>
            <w:tcW w:type="dxa" w:w="454"/>
            <w:shd w:val="clear" w:color="auto" w:fill="F0F2F4"/>
          </w:tcPr>
          <w:p>
            <w:pPr>
              <w:jc w:val="left"/>
            </w:pPr>
            <w:r/>
            <w:r>
              <w:rPr>
                <w:b w:val="0"/>
                <w:color w:val="1A1A1A"/>
                <w:sz w:val="18"/>
              </w:rPr>
              <w:t>4</w:t>
            </w:r>
          </w:p>
        </w:tc>
        <w:tc>
          <w:tcPr>
            <w:tcW w:type="dxa" w:w="3685"/>
            <w:shd w:val="clear" w:color="auto" w:fill="F0F2F4"/>
          </w:tcPr>
          <w:p>
            <w:pPr>
              <w:jc w:val="left"/>
            </w:pPr>
            <w:r/>
            <w:r>
              <w:rPr>
                <w:b w:val="0"/>
                <w:color w:val="1A1A1A"/>
                <w:sz w:val="18"/>
              </w:rPr>
              <w:t>Evaluate the ability to comply with regulatory notification requirements during the incident.</w:t>
            </w:r>
          </w:p>
        </w:tc>
        <w:tc>
          <w:tcPr>
            <w:tcW w:type="dxa" w:w="1984"/>
            <w:shd w:val="clear" w:color="auto" w:fill="F0F2F4"/>
          </w:tcPr>
          <w:p>
            <w:pPr>
              <w:jc w:val="left"/>
            </w:pPr>
            <w:r/>
            <w:r>
              <w:rPr>
                <w:b w:val="0"/>
                <w:color w:val="1A1A1A"/>
                <w:sz w:val="18"/>
              </w:rPr>
              <w:t>Regulatory And Legal</w:t>
            </w:r>
          </w:p>
        </w:tc>
        <w:tc>
          <w:tcPr>
            <w:tcW w:type="dxa" w:w="3231"/>
            <w:shd w:val="clear" w:color="auto" w:fill="F0F2F4"/>
          </w:tcPr>
          <w:p>
            <w:pPr>
              <w:jc w:val="left"/>
            </w:pPr>
            <w:r/>
            <w:r>
              <w:rPr>
                <w:b w:val="0"/>
                <w:color w:val="1A1A1A"/>
                <w:sz w:val="18"/>
              </w:rPr>
              <w:t>Regulatory bodies are notified within the required timeframes: FCA/PRA within 4 hours, ICO within 72 hours if applicable.</w:t>
            </w:r>
          </w:p>
        </w:tc>
      </w:tr>
      <w:tr>
        <w:tc>
          <w:tcPr>
            <w:tcW w:type="dxa" w:w="454"/>
          </w:tcPr>
          <w:p>
            <w:pPr>
              <w:jc w:val="left"/>
            </w:pPr>
            <w:r/>
            <w:r>
              <w:rPr>
                <w:b w:val="0"/>
                <w:color w:val="1A1A1A"/>
                <w:sz w:val="18"/>
              </w:rPr>
              <w:t>5</w:t>
            </w:r>
          </w:p>
        </w:tc>
        <w:tc>
          <w:tcPr>
            <w:tcW w:type="dxa" w:w="3685"/>
          </w:tcPr>
          <w:p>
            <w:pPr>
              <w:jc w:val="left"/>
            </w:pPr>
            <w:r/>
            <w:r>
              <w:rPr>
                <w:b w:val="0"/>
                <w:color w:val="1A1A1A"/>
                <w:sz w:val="18"/>
              </w:rPr>
              <w:t>Confirm the adequacy of recovery strategies for restoring wastewater management operations.</w:t>
            </w:r>
          </w:p>
        </w:tc>
        <w:tc>
          <w:tcPr>
            <w:tcW w:type="dxa" w:w="1984"/>
          </w:tcPr>
          <w:p>
            <w:pPr>
              <w:jc w:val="left"/>
            </w:pPr>
            <w:r/>
            <w:r>
              <w:rPr>
                <w:b w:val="0"/>
                <w:color w:val="1A1A1A"/>
                <w:sz w:val="18"/>
              </w:rPr>
              <w:t>Recovery And Lessons</w:t>
            </w:r>
          </w:p>
        </w:tc>
        <w:tc>
          <w:tcPr>
            <w:tcW w:type="dxa" w:w="3231"/>
          </w:tcPr>
          <w:p>
            <w:pPr>
              <w:jc w:val="left"/>
            </w:pPr>
            <w:r/>
            <w:r>
              <w:rPr>
                <w:b w:val="0"/>
                <w:color w:val="1A1A1A"/>
                <w:sz w:val="18"/>
              </w:rPr>
              <w:t>Recovery strategies are initiated within the MTPD and achieve the MBCO for wastewater services.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6.  SCENARIO BACKGROUND</w:t>
            </w:r>
          </w:p>
        </w:tc>
      </w:tr>
    </w:tbl>
    <w:p>
      <w:pPr>
        <w:spacing w:after="40"/>
      </w:pPr>
    </w:p>
    <w:p>
      <w:pPr>
        <w:spacing w:after="80"/>
      </w:pPr>
      <w:r>
        <w:rPr>
          <w:color w:val="1A1A1A"/>
          <w:sz w:val="20"/>
        </w:rPr>
        <w:t>Barwon Water is facing a critical malfunction in its wastewater management system at the Geelong treatment plant. A sudden and severe failure in critical third-party managed equipment has led to untreated wastewater being released into the Barwon River. The incident occurs during a period of heavy rainfall, exacerbating potential overflow and environmental impact. The failure not only threatens the integrity of water quality but also poses significant challenges in maintaining service continuity to the affected regions. As the organization scrambles to manage the immediate fault, they must also deal with the potential regulatory breaches and community concerns over environmental and health implications. This scenario tests Barwon Water's resilience and ability to coordinate an effective response amidst escalating operational, regulatory, and reputational challenges.</w:t>
      </w:r>
    </w:p>
    <w:p>
      <w:pPr>
        <w:spacing w:before="200" w:after="40"/>
      </w:pPr>
      <w:r>
        <w:rPr>
          <w:b/>
          <w:color w:val="00447A"/>
          <w:sz w:val="22"/>
        </w:rPr>
        <w:t>Trigger Event</w:t>
      </w:r>
    </w:p>
    <w:p>
      <w:pPr>
        <w:spacing w:after="80"/>
      </w:pPr>
      <w:r>
        <w:rPr>
          <w:color w:val="1A1A1A"/>
          <w:sz w:val="20"/>
        </w:rPr>
        <w:t>An unexpected failure in the primary wastewater pump system, managed by a third-party contractor, leads to untreated waste entering the Barwon River during peak rainfall.</w:t>
      </w:r>
    </w:p>
    <w:p>
      <w:pPr>
        <w:spacing w:before="200" w:after="40"/>
      </w:pPr>
      <w:r>
        <w:rPr>
          <w:b/>
          <w:color w:val="00447A"/>
          <w:sz w:val="22"/>
        </w:rPr>
        <w:t>What Is Known at Exercise Start</w:t>
      </w:r>
    </w:p>
    <w:p>
      <w:pPr>
        <w:spacing w:after="80"/>
      </w:pPr>
      <w:r>
        <w:rPr>
          <w:color w:val="1A1A1A"/>
          <w:sz w:val="20"/>
        </w:rPr>
        <w:t>- The primary wastewater pump system has failed.</w:t>
      </w:r>
    </w:p>
    <w:p>
      <w:pPr>
        <w:spacing w:after="80"/>
      </w:pPr>
      <w:r>
        <w:rPr>
          <w:color w:val="1A1A1A"/>
          <w:sz w:val="20"/>
        </w:rPr>
        <w:t>- Untreated wastewater is being discharged into the Barwon River.</w:t>
      </w:r>
    </w:p>
    <w:p>
      <w:pPr>
        <w:spacing w:after="80"/>
      </w:pPr>
      <w:r>
        <w:rPr>
          <w:color w:val="1A1A1A"/>
          <w:sz w:val="20"/>
        </w:rPr>
        <w:t>- There's ongoing heavy rainfall increasing the risk of further overflow.</w:t>
      </w:r>
    </w:p>
    <w:p>
      <w:pPr>
        <w:spacing w:before="200" w:after="40"/>
      </w:pPr>
      <w:r>
        <w:rPr>
          <w:b/>
          <w:color w:val="00447A"/>
          <w:sz w:val="22"/>
        </w:rPr>
        <w:t>What Remains Unknown</w:t>
      </w:r>
    </w:p>
    <w:p>
      <w:pPr>
        <w:spacing w:after="80"/>
      </w:pPr>
      <w:r>
        <w:rPr>
          <w:color w:val="1A1A1A"/>
          <w:sz w:val="20"/>
        </w:rPr>
        <w:t>- The exact cause of the pump failure.</w:t>
      </w:r>
    </w:p>
    <w:p>
      <w:pPr>
        <w:spacing w:after="80"/>
      </w:pPr>
      <w:r>
        <w:rPr>
          <w:color w:val="1A1A1A"/>
          <w:sz w:val="20"/>
        </w:rPr>
        <w:t>- The full extent of environmental impact.</w:t>
      </w:r>
    </w:p>
    <w:p>
      <w:pPr>
        <w:spacing w:after="80"/>
      </w:pPr>
      <w:r>
        <w:rPr>
          <w:color w:val="1A1A1A"/>
          <w:sz w:val="20"/>
        </w:rPr>
        <w:t>- Whether the third-party contractor has a contingency plan in place.</w:t>
      </w:r>
    </w:p>
    <w:p>
      <w:pPr>
        <w:spacing w:after="80"/>
      </w:pPr>
      <w:r>
        <w:rPr>
          <w:color w:val="1A1A1A"/>
          <w:sz w:val="20"/>
        </w:rPr>
        <w:t>- The timeline for repair and recovery of the system.</w:t>
      </w:r>
    </w:p>
    <w:p>
      <w:pPr>
        <w:spacing w:before="200" w:after="40"/>
      </w:pPr>
      <w:r>
        <w:rPr>
          <w:b/>
          <w:color w:val="00447A"/>
          <w:sz w:val="22"/>
        </w:rPr>
        <w:t>Exercise Assumptions and Artificialities</w:t>
      </w:r>
    </w:p>
    <w:p>
      <w:pPr>
        <w:spacing w:after="80"/>
      </w:pPr>
      <w:r>
        <w:rPr>
          <w:color w:val="1A1A1A"/>
          <w:sz w:val="20"/>
        </w:rPr>
        <w:t>- All communications systems are operational.</w:t>
      </w:r>
    </w:p>
    <w:p>
      <w:pPr>
        <w:spacing w:after="80"/>
      </w:pPr>
      <w:r>
        <w:rPr>
          <w:color w:val="1A1A1A"/>
          <w:sz w:val="20"/>
        </w:rPr>
        <w:t>- The crisis management team is immediately available.</w:t>
      </w:r>
    </w:p>
    <w:p>
      <w:pPr>
        <w:spacing w:after="80"/>
      </w:pPr>
      <w:r>
        <w:rPr>
          <w:color w:val="1A1A1A"/>
          <w:sz w:val="20"/>
        </w:rPr>
        <w:t>- Local authorities are aware of the incident but have not yet intervened.</w:t>
      </w:r>
    </w:p>
    <w:tbl>
      <w:tblPr>
        <w:tblStyle w:val="TableGrid"/>
        <w:tblW w:type="auto" w:w="0"/>
        <w:tblLook w:firstColumn="1" w:firstRow="1" w:lastColumn="0" w:lastRow="0" w:noHBand="0" w:noVBand="1" w:val="04A0"/>
      </w:tblPr>
      <w:tblGrid>
        <w:gridCol w:w="9406"/>
      </w:tblGrid>
      <w:tr>
        <w:tc>
          <w:tcPr>
            <w:tcW w:type="dxa" w:w="9406"/>
            <w:shd w:val="clear" w:color="auto" w:fill="D6E4F7"/>
          </w:tcPr>
          <w:p>
            <w:pPr>
              <w:spacing w:before="120" w:after="120"/>
            </w:pPr>
            <w:r>
              <w:rPr>
                <w:b/>
                <w:color w:val="0D1B2A"/>
                <w:sz w:val="18"/>
              </w:rPr>
              <w:t xml:space="preserve">NOTE: </w:t>
            </w:r>
            <w:r>
              <w:rPr>
                <w:color w:val="1A1A1A"/>
                <w:sz w:val="18"/>
              </w:rPr>
              <w:t>Assumptions represent simplifications made to enable the exercise to run effectively. They do not reflect operational weaknesses.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7.  EXERCISE TIMELINE</w:t>
            </w:r>
          </w:p>
        </w:tc>
      </w:tr>
    </w:tbl>
    <w:p>
      <w:pPr>
        <w:spacing w:after="40"/>
      </w:pPr>
    </w:p>
    <w:tbl>
      <w:tblPr>
        <w:tblStyle w:val="TableGrid"/>
        <w:tblW w:type="auto" w:w="0"/>
        <w:tblLook w:firstColumn="1" w:firstRow="1" w:lastColumn="0" w:lastRow="0" w:noHBand="0" w:noVBand="1" w:val="04A0"/>
      </w:tblPr>
      <w:tblGrid>
        <w:gridCol w:w="1881"/>
        <w:gridCol w:w="1881"/>
        <w:gridCol w:w="1881"/>
        <w:gridCol w:w="1881"/>
        <w:gridCol w:w="1881"/>
      </w:tblGrid>
      <w:tr>
        <w:tc>
          <w:tcPr>
            <w:tcW w:type="dxa" w:w="680"/>
            <w:shd w:val="clear" w:color="auto" w:fill="0D1B2A"/>
          </w:tcPr>
          <w:p>
            <w:pPr>
              <w:jc w:val="left"/>
            </w:pPr>
            <w:r/>
            <w:r>
              <w:rPr>
                <w:b/>
                <w:color w:val="FFFFFF"/>
                <w:sz w:val="18"/>
              </w:rPr>
              <w:t>Phase</w:t>
            </w:r>
          </w:p>
        </w:tc>
        <w:tc>
          <w:tcPr>
            <w:tcW w:type="dxa" w:w="2154"/>
            <w:shd w:val="clear" w:color="auto" w:fill="0D1B2A"/>
          </w:tcPr>
          <w:p>
            <w:pPr>
              <w:jc w:val="left"/>
            </w:pPr>
            <w:r/>
            <w:r>
              <w:rPr>
                <w:b/>
                <w:color w:val="FFFFFF"/>
                <w:sz w:val="18"/>
              </w:rPr>
              <w:t>Name</w:t>
            </w:r>
          </w:p>
        </w:tc>
        <w:tc>
          <w:tcPr>
            <w:tcW w:type="dxa" w:w="1417"/>
            <w:shd w:val="clear" w:color="auto" w:fill="0D1B2A"/>
          </w:tcPr>
          <w:p>
            <w:pPr>
              <w:jc w:val="left"/>
            </w:pPr>
            <w:r/>
            <w:r>
              <w:rPr>
                <w:b/>
                <w:color w:val="FFFFFF"/>
                <w:sz w:val="18"/>
              </w:rPr>
              <w:t>Start</w:t>
            </w:r>
          </w:p>
        </w:tc>
        <w:tc>
          <w:tcPr>
            <w:tcW w:type="dxa" w:w="1417"/>
            <w:shd w:val="clear" w:color="auto" w:fill="0D1B2A"/>
          </w:tcPr>
          <w:p>
            <w:pPr>
              <w:jc w:val="left"/>
            </w:pPr>
            <w:r/>
            <w:r>
              <w:rPr>
                <w:b/>
                <w:color w:val="FFFFFF"/>
                <w:sz w:val="18"/>
              </w:rPr>
              <w:t>End</w:t>
            </w:r>
          </w:p>
        </w:tc>
        <w:tc>
          <w:tcPr>
            <w:tcW w:type="dxa" w:w="3685"/>
            <w:shd w:val="clear" w:color="auto" w:fill="0D1B2A"/>
          </w:tcPr>
          <w:p>
            <w:pPr>
              <w:jc w:val="left"/>
            </w:pPr>
            <w:r/>
            <w:r>
              <w:rPr>
                <w:b/>
                <w:color w:val="FFFFFF"/>
                <w:sz w:val="18"/>
              </w:rPr>
              <w:t>Focus</w:t>
            </w:r>
          </w:p>
        </w:tc>
      </w:tr>
      <w:tr>
        <w:tc>
          <w:tcPr>
            <w:tcW w:type="dxa" w:w="680"/>
          </w:tcPr>
          <w:p>
            <w:pPr>
              <w:jc w:val="left"/>
            </w:pPr>
            <w:r/>
            <w:r>
              <w:rPr>
                <w:b w:val="0"/>
                <w:color w:val="1A1A1A"/>
                <w:sz w:val="18"/>
              </w:rPr>
              <w:t>1</w:t>
            </w:r>
          </w:p>
        </w:tc>
        <w:tc>
          <w:tcPr>
            <w:tcW w:type="dxa" w:w="2154"/>
          </w:tcPr>
          <w:p>
            <w:pPr>
              <w:jc w:val="left"/>
            </w:pPr>
            <w:r/>
            <w:r>
              <w:rPr>
                <w:b w:val="0"/>
                <w:color w:val="1A1A1A"/>
                <w:sz w:val="18"/>
              </w:rPr>
              <w:t>Initial Failure Detection</w:t>
            </w:r>
          </w:p>
        </w:tc>
        <w:tc>
          <w:tcPr>
            <w:tcW w:type="dxa" w:w="1417"/>
          </w:tcPr>
          <w:p>
            <w:pPr>
              <w:jc w:val="left"/>
            </w:pPr>
            <w:r/>
            <w:r>
              <w:rPr>
                <w:b w:val="0"/>
                <w:color w:val="1A1A1A"/>
                <w:sz w:val="18"/>
              </w:rPr>
              <w:t>T+0 min</w:t>
            </w:r>
          </w:p>
        </w:tc>
        <w:tc>
          <w:tcPr>
            <w:tcW w:type="dxa" w:w="1417"/>
          </w:tcPr>
          <w:p>
            <w:pPr>
              <w:jc w:val="left"/>
            </w:pPr>
            <w:r/>
            <w:r>
              <w:rPr>
                <w:b w:val="0"/>
                <w:color w:val="1A1A1A"/>
                <w:sz w:val="18"/>
              </w:rPr>
              <w:t>T+20 min</w:t>
            </w:r>
          </w:p>
        </w:tc>
        <w:tc>
          <w:tcPr>
            <w:tcW w:type="dxa" w:w="3685"/>
          </w:tcPr>
          <w:p>
            <w:pPr>
              <w:jc w:val="left"/>
            </w:pPr>
            <w:r/>
            <w:r>
              <w:rPr>
                <w:b w:val="0"/>
                <w:color w:val="1A1A1A"/>
                <w:sz w:val="18"/>
              </w:rPr>
              <w:t>Testing the initial response and notification procedures.</w:t>
            </w:r>
          </w:p>
        </w:tc>
      </w:tr>
      <w:tr>
        <w:tc>
          <w:tcPr>
            <w:tcW w:type="dxa" w:w="680"/>
            <w:shd w:val="clear" w:color="auto" w:fill="F0F2F4"/>
          </w:tcPr>
          <w:p>
            <w:pPr>
              <w:jc w:val="left"/>
            </w:pPr>
            <w:r/>
            <w:r>
              <w:rPr>
                <w:b w:val="0"/>
                <w:color w:val="1A1A1A"/>
                <w:sz w:val="18"/>
              </w:rPr>
              <w:t>2</w:t>
            </w:r>
          </w:p>
        </w:tc>
        <w:tc>
          <w:tcPr>
            <w:tcW w:type="dxa" w:w="2154"/>
            <w:shd w:val="clear" w:color="auto" w:fill="F0F2F4"/>
          </w:tcPr>
          <w:p>
            <w:pPr>
              <w:jc w:val="left"/>
            </w:pPr>
            <w:r/>
            <w:r>
              <w:rPr>
                <w:b w:val="0"/>
                <w:color w:val="1A1A1A"/>
                <w:sz w:val="18"/>
              </w:rPr>
              <w:t>Escalation and Impact Assessment</w:t>
            </w:r>
          </w:p>
        </w:tc>
        <w:tc>
          <w:tcPr>
            <w:tcW w:type="dxa" w:w="1417"/>
            <w:shd w:val="clear" w:color="auto" w:fill="F0F2F4"/>
          </w:tcPr>
          <w:p>
            <w:pPr>
              <w:jc w:val="left"/>
            </w:pPr>
            <w:r/>
            <w:r>
              <w:rPr>
                <w:b w:val="0"/>
                <w:color w:val="1A1A1A"/>
                <w:sz w:val="18"/>
              </w:rPr>
              <w:t>T+20 min</w:t>
            </w:r>
          </w:p>
        </w:tc>
        <w:tc>
          <w:tcPr>
            <w:tcW w:type="dxa" w:w="1417"/>
            <w:shd w:val="clear" w:color="auto" w:fill="F0F2F4"/>
          </w:tcPr>
          <w:p>
            <w:pPr>
              <w:jc w:val="left"/>
            </w:pPr>
            <w:r/>
            <w:r>
              <w:rPr>
                <w:b w:val="0"/>
                <w:color w:val="1A1A1A"/>
                <w:sz w:val="18"/>
              </w:rPr>
              <w:t>T+50 min</w:t>
            </w:r>
          </w:p>
        </w:tc>
        <w:tc>
          <w:tcPr>
            <w:tcW w:type="dxa" w:w="3685"/>
            <w:shd w:val="clear" w:color="auto" w:fill="F0F2F4"/>
          </w:tcPr>
          <w:p>
            <w:pPr>
              <w:jc w:val="left"/>
            </w:pPr>
            <w:r/>
            <w:r>
              <w:rPr>
                <w:b w:val="0"/>
                <w:color w:val="1A1A1A"/>
                <w:sz w:val="18"/>
              </w:rPr>
              <w:t>Evaluating escalation protocols and initial assessment of impacts on operations and stakeholders.</w:t>
            </w:r>
          </w:p>
        </w:tc>
      </w:tr>
      <w:tr>
        <w:tc>
          <w:tcPr>
            <w:tcW w:type="dxa" w:w="680"/>
          </w:tcPr>
          <w:p>
            <w:pPr>
              <w:jc w:val="left"/>
            </w:pPr>
            <w:r/>
            <w:r>
              <w:rPr>
                <w:b w:val="0"/>
                <w:color w:val="1A1A1A"/>
                <w:sz w:val="18"/>
              </w:rPr>
              <w:t>3</w:t>
            </w:r>
          </w:p>
        </w:tc>
        <w:tc>
          <w:tcPr>
            <w:tcW w:type="dxa" w:w="2154"/>
          </w:tcPr>
          <w:p>
            <w:pPr>
              <w:jc w:val="left"/>
            </w:pPr>
            <w:r/>
            <w:r>
              <w:rPr>
                <w:b w:val="0"/>
                <w:color w:val="1A1A1A"/>
                <w:sz w:val="18"/>
              </w:rPr>
              <w:t>Crisis Communication</w:t>
            </w:r>
          </w:p>
        </w:tc>
        <w:tc>
          <w:tcPr>
            <w:tcW w:type="dxa" w:w="1417"/>
          </w:tcPr>
          <w:p>
            <w:pPr>
              <w:jc w:val="left"/>
            </w:pPr>
            <w:r/>
            <w:r>
              <w:rPr>
                <w:b w:val="0"/>
                <w:color w:val="1A1A1A"/>
                <w:sz w:val="18"/>
              </w:rPr>
              <w:t>T+50 min</w:t>
            </w:r>
          </w:p>
        </w:tc>
        <w:tc>
          <w:tcPr>
            <w:tcW w:type="dxa" w:w="1417"/>
          </w:tcPr>
          <w:p>
            <w:pPr>
              <w:jc w:val="left"/>
            </w:pPr>
            <w:r/>
            <w:r>
              <w:rPr>
                <w:b w:val="0"/>
                <w:color w:val="1A1A1A"/>
                <w:sz w:val="18"/>
              </w:rPr>
              <w:t>T+80 min</w:t>
            </w:r>
          </w:p>
        </w:tc>
        <w:tc>
          <w:tcPr>
            <w:tcW w:type="dxa" w:w="3685"/>
          </w:tcPr>
          <w:p>
            <w:pPr>
              <w:jc w:val="left"/>
            </w:pPr>
            <w:r/>
            <w:r>
              <w:rPr>
                <w:b w:val="0"/>
                <w:color w:val="1A1A1A"/>
                <w:sz w:val="18"/>
              </w:rPr>
              <w:t>Assessing internal and external communication strategies, including media handling and stakeholder updates.</w:t>
            </w:r>
          </w:p>
        </w:tc>
      </w:tr>
      <w:tr>
        <w:tc>
          <w:tcPr>
            <w:tcW w:type="dxa" w:w="680"/>
            <w:shd w:val="clear" w:color="auto" w:fill="F0F2F4"/>
          </w:tcPr>
          <w:p>
            <w:pPr>
              <w:jc w:val="left"/>
            </w:pPr>
            <w:r/>
            <w:r>
              <w:rPr>
                <w:b w:val="0"/>
                <w:color w:val="1A1A1A"/>
                <w:sz w:val="18"/>
              </w:rPr>
              <w:t>4</w:t>
            </w:r>
          </w:p>
        </w:tc>
        <w:tc>
          <w:tcPr>
            <w:tcW w:type="dxa" w:w="2154"/>
            <w:shd w:val="clear" w:color="auto" w:fill="F0F2F4"/>
          </w:tcPr>
          <w:p>
            <w:pPr>
              <w:jc w:val="left"/>
            </w:pPr>
            <w:r/>
            <w:r>
              <w:rPr>
                <w:b w:val="0"/>
                <w:color w:val="1A1A1A"/>
                <w:sz w:val="18"/>
              </w:rPr>
              <w:t>Recovery and Restoration</w:t>
            </w:r>
          </w:p>
        </w:tc>
        <w:tc>
          <w:tcPr>
            <w:tcW w:type="dxa" w:w="1417"/>
            <w:shd w:val="clear" w:color="auto" w:fill="F0F2F4"/>
          </w:tcPr>
          <w:p>
            <w:pPr>
              <w:jc w:val="left"/>
            </w:pPr>
            <w:r/>
            <w:r>
              <w:rPr>
                <w:b w:val="0"/>
                <w:color w:val="1A1A1A"/>
                <w:sz w:val="18"/>
              </w:rPr>
              <w:t>T+80 min</w:t>
            </w:r>
          </w:p>
        </w:tc>
        <w:tc>
          <w:tcPr>
            <w:tcW w:type="dxa" w:w="1417"/>
            <w:shd w:val="clear" w:color="auto" w:fill="F0F2F4"/>
          </w:tcPr>
          <w:p>
            <w:pPr>
              <w:jc w:val="left"/>
            </w:pPr>
            <w:r/>
            <w:r>
              <w:rPr>
                <w:b w:val="0"/>
                <w:color w:val="1A1A1A"/>
                <w:sz w:val="18"/>
              </w:rPr>
              <w:t>T+100 min</w:t>
            </w:r>
          </w:p>
        </w:tc>
        <w:tc>
          <w:tcPr>
            <w:tcW w:type="dxa" w:w="3685"/>
            <w:shd w:val="clear" w:color="auto" w:fill="F0F2F4"/>
          </w:tcPr>
          <w:p>
            <w:pPr>
              <w:jc w:val="left"/>
            </w:pPr>
            <w:r/>
            <w:r>
              <w:rPr>
                <w:b w:val="0"/>
                <w:color w:val="1A1A1A"/>
                <w:sz w:val="18"/>
              </w:rPr>
              <w:t>Testing continuity plans and restoration of normal operations.</w:t>
            </w:r>
          </w:p>
        </w:tc>
      </w:tr>
    </w:tbl>
    <w:p>
      <w:pPr>
        <w:spacing w:after="80"/>
      </w:pP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8.  GROUND RULES</w:t>
            </w:r>
          </w:p>
        </w:tc>
      </w:tr>
    </w:tbl>
    <w:p>
      <w:pPr>
        <w:spacing w:after="40"/>
      </w:pPr>
    </w:p>
    <w:p>
      <w:pPr>
        <w:pStyle w:val="ListBullet"/>
      </w:pPr>
      <w:r>
        <w:rPr>
          <w:color w:val="1A1A1A"/>
          <w:sz w:val="20"/>
        </w:rPr>
        <w:t>This is a no-fault learning exercise. Participation is in good faith; there are no wrong answers.</w:t>
      </w:r>
    </w:p>
    <w:p>
      <w:pPr>
        <w:pStyle w:val="ListBullet"/>
      </w:pPr>
      <w:r>
        <w:rPr>
          <w:color w:val="1A1A1A"/>
          <w:sz w:val="20"/>
        </w:rPr>
        <w:t>Treat the scenario as real and apply your actual plans, policies, and procedures throughout.</w:t>
      </w:r>
    </w:p>
    <w:p>
      <w:pPr>
        <w:pStyle w:val="ListBullet"/>
      </w:pPr>
      <w:r>
        <w:rPr>
          <w:color w:val="1A1A1A"/>
          <w:sz w:val="20"/>
        </w:rPr>
        <w:t>You may only act on information provided by the facilitator — do not use knowledge from outside the scenario.</w:t>
      </w:r>
    </w:p>
    <w:p>
      <w:pPr>
        <w:pStyle w:val="ListBullet"/>
      </w:pPr>
      <w:r>
        <w:rPr>
          <w:color w:val="1A1A1A"/>
          <w:sz w:val="20"/>
        </w:rPr>
        <w:t>Decisions made during the exercise do not constitute actual organisational decisions.</w:t>
      </w:r>
    </w:p>
    <w:p>
      <w:pPr>
        <w:pStyle w:val="ListBullet"/>
      </w:pPr>
      <w:r>
        <w:rPr>
          <w:color w:val="1A1A1A"/>
          <w:sz w:val="20"/>
        </w:rPr>
        <w:t>If the facilitator calls 'Exercise Suspend — No Duff', all exercise activity stops immediately and real emergency procedures take over.</w:t>
      </w:r>
    </w:p>
    <w:p>
      <w:pPr>
        <w:pStyle w:val="ListBullet"/>
      </w:pPr>
      <w:r>
        <w:rPr>
          <w:color w:val="1A1A1A"/>
          <w:sz w:val="20"/>
        </w:rPr>
        <w:t>Mobile phones and laptops should be silenced and closed unless they are part of the exercise.</w:t>
      </w:r>
    </w:p>
    <w:p>
      <w:pPr>
        <w:pStyle w:val="ListBullet"/>
      </w:pPr>
      <w:r>
        <w:rPr>
          <w:color w:val="1A1A1A"/>
          <w:sz w:val="20"/>
        </w:rPr>
        <w:t>All information shared during the exercise is confidential and must not be distributed outside approved channels.</w:t>
      </w:r>
    </w:p>
    <w:p>
      <w:pPr>
        <w:pStyle w:val="ListBullet"/>
      </w:pPr>
      <w:r>
        <w:rPr>
          <w:color w:val="1A1A1A"/>
          <w:sz w:val="20"/>
        </w:rPr>
        <w:t>The facilitator may pause the exercise at any time for group discussion or to explore a learning point.</w:t>
      </w:r>
    </w:p>
    <w:p>
      <w:pPr>
        <w:pStyle w:val="ListBullet"/>
      </w:pPr>
      <w:r>
        <w:rPr>
          <w:color w:val="1A1A1A"/>
          <w:sz w:val="20"/>
        </w:rPr>
        <w:t>If you are unsure what your plan requires — say so. That uncertainty is itself a valuable finding.</w:t>
      </w:r>
    </w:p>
    <w:p>
      <w:pPr>
        <w:pStyle w:val="ListBullet"/>
      </w:pPr>
      <w:r>
        <w:rPr>
          <w:color w:val="1A1A1A"/>
          <w:sz w:val="20"/>
        </w:rPr>
        <w:t>A no-blame, constructive environment is essential. Focus on processes and systems, not individuals.</w:t>
      </w:r>
    </w:p>
    <w:tbl>
      <w:tblPr>
        <w:tblStyle w:val="TableGrid"/>
        <w:tblW w:type="auto" w:w="0"/>
        <w:tblLook w:firstColumn="1" w:firstRow="1" w:lastColumn="0" w:lastRow="0" w:noHBand="0" w:noVBand="1" w:val="04A0"/>
      </w:tblPr>
      <w:tblGrid>
        <w:gridCol w:w="9406"/>
      </w:tblGrid>
      <w:tr>
        <w:tc>
          <w:tcPr>
            <w:tcW w:type="dxa" w:w="9406"/>
            <w:shd w:val="clear" w:color="auto" w:fill="0D1B2A"/>
          </w:tcPr>
          <w:p>
            <w:pPr>
              <w:spacing w:before="120" w:after="120"/>
            </w:pPr>
            <w:r>
              <w:rPr>
                <w:b/>
                <w:color w:val="FFFFFF"/>
                <w:sz w:val="22"/>
              </w:rPr>
              <w:t>9.  RELATIONSHIP TO OTHER PLANS AND DOCUMENTS</w:t>
            </w:r>
          </w:p>
        </w:tc>
      </w:tr>
    </w:tbl>
    <w:p>
      <w:pPr>
        <w:spacing w:after="40"/>
      </w:pPr>
    </w:p>
    <w:tbl>
      <w:tblPr>
        <w:tblStyle w:val="TableGrid"/>
        <w:tblW w:type="auto" w:w="0"/>
        <w:tblLook w:firstColumn="1" w:firstRow="1" w:lastColumn="0" w:lastRow="0" w:noHBand="0" w:noVBand="1" w:val="04A0"/>
      </w:tblPr>
      <w:tblGrid>
        <w:gridCol w:w="4703"/>
        <w:gridCol w:w="4703"/>
      </w:tblGrid>
      <w:tr>
        <w:tc>
          <w:tcPr>
            <w:tcW w:type="dxa" w:w="4535"/>
            <w:shd w:val="clear" w:color="auto" w:fill="0D1B2A"/>
          </w:tcPr>
          <w:p>
            <w:pPr>
              <w:jc w:val="left"/>
            </w:pPr>
            <w:r/>
            <w:r>
              <w:rPr>
                <w:b/>
                <w:color w:val="FFFFFF"/>
                <w:sz w:val="18"/>
              </w:rPr>
              <w:t>Document / Plan</w:t>
            </w:r>
          </w:p>
        </w:tc>
        <w:tc>
          <w:tcPr>
            <w:tcW w:type="dxa" w:w="4819"/>
            <w:shd w:val="clear" w:color="auto" w:fill="0D1B2A"/>
          </w:tcPr>
          <w:p>
            <w:pPr>
              <w:jc w:val="left"/>
            </w:pPr>
            <w:r/>
            <w:r>
              <w:rPr>
                <w:b/>
                <w:color w:val="FFFFFF"/>
                <w:sz w:val="18"/>
              </w:rPr>
              <w:t>Relationship to this Exercise</w:t>
            </w:r>
          </w:p>
        </w:tc>
      </w:tr>
      <w:tr>
        <w:tc>
          <w:tcPr>
            <w:tcW w:type="dxa" w:w="4535"/>
          </w:tcPr>
          <w:p>
            <w:pPr>
              <w:jc w:val="left"/>
            </w:pPr>
            <w:r/>
            <w:r>
              <w:rPr>
                <w:b w:val="0"/>
                <w:color w:val="1A1A1A"/>
                <w:sz w:val="18"/>
              </w:rPr>
              <w:t>ISO 22301:2019 Business Continuity Management Systems</w:t>
            </w:r>
          </w:p>
        </w:tc>
        <w:tc>
          <w:tcPr>
            <w:tcW w:type="dxa" w:w="4819"/>
          </w:tcPr>
          <w:p>
            <w:pPr>
              <w:jc w:val="left"/>
            </w:pPr>
            <w:r/>
            <w:r>
              <w:rPr>
                <w:b w:val="0"/>
                <w:color w:val="1A1A1A"/>
                <w:sz w:val="18"/>
              </w:rPr>
              <w:t>Governing standard — exercise aligned to Clause 8.5</w:t>
            </w:r>
          </w:p>
        </w:tc>
      </w:tr>
      <w:tr>
        <w:tc>
          <w:tcPr>
            <w:tcW w:type="dxa" w:w="4535"/>
            <w:shd w:val="clear" w:color="auto" w:fill="F0F2F4"/>
          </w:tcPr>
          <w:p>
            <w:pPr>
              <w:jc w:val="left"/>
            </w:pPr>
            <w:r/>
            <w:r>
              <w:rPr>
                <w:b w:val="0"/>
                <w:color w:val="1A1A1A"/>
                <w:sz w:val="18"/>
              </w:rPr>
              <w:t>BCI GPG 2018 PP6 — Validation</w:t>
            </w:r>
          </w:p>
        </w:tc>
        <w:tc>
          <w:tcPr>
            <w:tcW w:type="dxa" w:w="4819"/>
            <w:shd w:val="clear" w:color="auto" w:fill="F0F2F4"/>
          </w:tcPr>
          <w:p>
            <w:pPr>
              <w:jc w:val="left"/>
            </w:pPr>
            <w:r/>
            <w:r>
              <w:rPr>
                <w:b w:val="0"/>
                <w:color w:val="1A1A1A"/>
                <w:sz w:val="18"/>
              </w:rPr>
              <w:t>Exercise design and structure standard</w:t>
            </w:r>
          </w:p>
        </w:tc>
      </w:tr>
      <w:tr>
        <w:tc>
          <w:tcPr>
            <w:tcW w:type="dxa" w:w="4535"/>
          </w:tcPr>
          <w:p>
            <w:pPr>
              <w:jc w:val="left"/>
            </w:pPr>
            <w:r/>
            <w:r>
              <w:rPr>
                <w:b w:val="0"/>
                <w:color w:val="1A1A1A"/>
                <w:sz w:val="18"/>
              </w:rPr>
              <w:t>BCM Programme Policy</w:t>
            </w:r>
          </w:p>
        </w:tc>
        <w:tc>
          <w:tcPr>
            <w:tcW w:type="dxa" w:w="4819"/>
          </w:tcPr>
          <w:p>
            <w:pPr>
              <w:jc w:val="left"/>
            </w:pPr>
            <w:r/>
            <w:r>
              <w:rPr>
                <w:b w:val="0"/>
                <w:color w:val="1A1A1A"/>
                <w:sz w:val="18"/>
              </w:rPr>
              <w:t>Parent policy — authorises and governs the exercise programme</w:t>
            </w:r>
          </w:p>
        </w:tc>
      </w:tr>
    </w:tbl>
    <w:p>
      <w:pPr>
        <w:spacing w:after="80"/>
      </w:pPr>
    </w:p>
    <w:p>
      <w:pPr>
        <w:spacing w:before="240" w:after="80"/>
        <w:pBdr>
          <w:bottom w:val="single" w:sz="6" w:space="1" w:color="0D1B2A"/>
        </w:pBdr>
      </w:pPr>
    </w:p>
    <w:p>
      <w:pPr>
        <w:jc w:val="center"/>
      </w:pPr>
      <w:r>
        <w:rPr>
          <w:color w:val="6C757D"/>
          <w:sz w:val="16"/>
        </w:rPr>
        <w:t>DISTRIBUTION: Participants only  ·  Internal Use Only  ·  BC Studio  ·  16 October 2026</w:t>
      </w:r>
    </w:p>
    <w:sectPr w:rsidR="00FC693F" w:rsidRPr="0006063C" w:rsidSect="00034616">
      <w:headerReference w:type="default" r:id="rId9"/>
      <w:footerReference w:type="default" r:id="rId10"/>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57D"/>
        <w:sz w:val="15"/>
      </w:rPr>
      <w:t>Internal Use Only  ·  BC Studio  ·  16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6C757D"/>
        <w:sz w:val="16"/>
      </w:rPr>
      <w:t>Wastewater Management Failure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